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מילים חסרות במשפטים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וצרכים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ברמת א׳–ב׳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לִלְמֹד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לִלְמֹד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מספרים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זקוק למים ואוכל כדי 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להרגיש טוב יותר ולקבל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חם ובטוח לגור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(דברים שהגוף צריך כדי לגדול)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(לדעת דברים חדשים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לספר לו כשקשה)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 בוחר זכות אחת כמו בית, מים, לימוד או משחק ומסביר במשפט פשוט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הילד מזכיר זכות נכונה כמו בית, מים או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שממלאים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הילדים להצביע על המילה הנכונה מתוך 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מתקשים אפשר להתמקד בחלק ההשלמה והחלק הוויזואלי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דברים שכל יֶלֶד צריך וזכאי להם, כמו בַּיִת, אֹכֶל, לימוד ומשחק.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לִלְמֹד  ·  מַיִם  ·  לִלְמֹד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כָּל יֶלֶד צָרִיךְ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כָּל יֶלֶד צָרִיךְ __________ וְאֹכֶל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בַּבֹּקֶר בָּאִים לַכִּתָּה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זכות של 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לקבל ממתק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ולהתפתח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לישון כל היום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שותקים ולא מספרים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מספרים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בורחים מהבית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ילד צריך מים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לספר למבוגר שסומכים עליו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לדעת דברים חדשים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מַיִם וְאֹכֶל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לספר לו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חם ובטוח לגור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מְבֻגָּר שֶׁסּוֹמְכִים עָלָיו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דברים שהגוף צריך כדי לגדול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או ציירו דבר אחד שכל ילד צריך,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זכות אחת של כל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אפשר לספר כשקשה?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