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מילים חסרות במשפטים על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לזכויות וצרכים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ברמת א׳–ב׳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לִלְמֹד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בָּטוּחַ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לִלְמֹד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מְשַׂחֲקִים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לִמְבֻגָּר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מַקְשִׁיבִים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ללמוד ולהתפתח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מספרים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שיהיה לו מקום חם ובטוח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כולם לומדים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הגוף זקוק למים ואוכל כדי לגדול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להרגיש טוב יותר ולקבל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בהפסקה הילדים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חם ובטוח לגור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(דברים שהגוף צריך כדי לגדול)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(לדעת דברים חדשים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לספר לו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(זמן לשחק בחצר)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 בוחר זכות אחת כמו בית, מים, לימוד או משחק ומסביר במשפט פשוט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הילד מזכיר זכות נכונה כמו בית, מים או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לפני שממלאים את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הילדים להצביע על המילה הנכונה מתוך 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לילדים מתקשים אפשר להתמקד בחלק ההשלמה והחלק הוויזואלי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דברים חשובים שכל ילד צריך לקבל כמו בית, אוכל ולימוד.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אַחֲרָיוּת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מְבֻגָּר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גדול שעוזר לילדים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בָּטוּחַ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פחד, מרגישים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מַקְשִׁיבִים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למה שמישהו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לִלְמֹד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חם ובטוח לגור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כָּל יֶלֶד צָרִיךְ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כָּל יֶלֶד צָרִיךְ בַּיִת חַם וּ__________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כָּל יֶלֶד צָרִיךְ __________ וְאֹכֶל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בַּבֹּקֶר בָּאִים לַכִּתָּה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בַּהַפְסָקָה אֲנַחְנוּ __________ בֶּחָצֵר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כְּשֶׁקָּשֶׁה, מְסַפְּרִים ל__________ שֶׁסּוֹמְכִים עָלָיו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בַּכִּתָּה כֻּלָּם __________ לְכֻלָּם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כל ילד צריך לקבל?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ממתק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ולהתפתח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כל היום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טוב לעשות כשמשהו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שותקים ולא מספרים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בורחים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כועסים על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שיהיה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שיהיה לו מקום חם ובטוח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ללכת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לקבל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טוב כשכולם מקשיבים?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שומע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לומדים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הכיתה נהיית רועשת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ארוחת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צריך מים ואוכל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למבוגר שסומכים עליו כשקשה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צריך לשבת בשקט בכיתה ולא לצאת לחצר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צריך בית חם ובטוח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לפירוש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בַּיִת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לספר לו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מַיִם וְאֹכֶל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לשחק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לִלְמֹד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חם ובטוח לגור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מְבֻגָּר שֶׁסּוֹמְכִים עָלָיו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 דברים חדשים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דברים שהגוף צריך כדי לגדול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 דבר אחד שכל ילד צריך,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זכות אחת של כל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לספר כשקשה?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בהפסקה בחצר?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חסר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