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השלמת חסר –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השלמת מילים חסרות במשפטים על 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מפתח הקשורות לזכויות וצרכים של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הבנת הנקרא ברמת א׳–ב׳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לִלְמֹד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בָּטוּחַ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מַיִם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לִלְמֹד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מְשַׂחֲקִים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לִמְבֻגָּר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מַקְשִׁיבִים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ללמוד ולהתפתח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מספרים למבוגר שסומכים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שיהיה לו מקום חם ובטוח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כולם לומדים טוב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משחקים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הגוף זקוק למים ואוכל כדי לגדול בריא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עוזר להרגיש טוב יותר ולקבל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בהפסקה הילדים משחקים בחצר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לפירוש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חם ובטוח לגור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(דברים שהגוף צריך כדי לגדול)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(לדעת דברים חדשים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(אפשר לספר לו כשקשה)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(זמן לשחק בחצר)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וציירו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הילד בוחר זכות אחת כמו בית, מים, לימוד או משחק ומסביר במשפט פשוט למה היא חשובה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הילד מזכיר זכות נכונה כמו בית, מים או 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מבוגר שסומכים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משחקים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המשפטים בקול רם לפני שממלאים את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הילדים להצביע על המילה הנכונה מתוך רשימת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לילדים מתקשים אפשר להתמקד בחלק ההשלמה והחלק הוויזואלי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השלמת חסר –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דברים שכל יֶלֶד צריך וזכאי להם, כמו בַּיִת, אֹכֶל, לימוד ומשחק.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כָּל יֶלֶד צָרִיךְ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כָּל יֶלֶד צָרִיךְ בַּיִת חַם וּ__________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כָּל יֶלֶד צָרִיךְ __________ וְאֹכֶל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בַּבֹּקֶר בָּאִים לַכִּתָּה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בַּהַפְסָקָה אֲנַחְנוּ __________ בֶּחָצֵר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כְּשֶׁקָּשֶׁה, מְסַפְּרִים ל__________ שֶׁסּוֹמְכִים עָלָיו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בַּכִּתָּה כֻּלָּם __________ לְכֻלָּם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זכות של כל 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לקבל ממתק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ללמוד ולהתפתח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לישון כל היום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לדבר עם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כשקשה?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שותקים ולא מספרים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מספרים למבוגר שסומכים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בורחים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כועסים על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כל ילד צריך 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לשחק במחשב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שיהיה לו מקום חם ובטוח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לא ללכת לבית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לקבל 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בכיתה כשכולם מקשיבים?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אף אחד לא שומע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לומדים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הכיתה נהיית רועשת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המורה כועסת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אנחנו עושים בהפסקה בחצר?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אוכלים ארוחת 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מבחן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ילד צריך מים ואוכל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לספר למבוגר שסומכים עליו כשקשה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בהפסקה צריך לשבת בשקט בכיתה ולא לצאת לחצר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ילד צריך בית חם ובטוח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לפירוש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בַּיִת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אפשר לספר לו כשקשה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מַיִם וְאֹכֶל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חם ובטוח לגור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לִלְמֹד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דברים שהגוף צריך כדי לגדול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מְבֻגָּר שֶׁסּוֹמְכִים עָלָיו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זמן לשחק בחצר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הַפְסָקָה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לדעת דברים חדשים בבית הספר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וציירו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או ציירו דבר אחד שכל ילד צריך, והסבירו למה הוא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זכות אחת של כל ילד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לספר כשקשה?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בהפסקה בחצר?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השלמת חסר –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